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A1856" w14:textId="74E6E9D5" w:rsidR="00835267" w:rsidRPr="00F42C43" w:rsidRDefault="00F42C43">
      <w:pPr>
        <w:pStyle w:val="Title"/>
        <w:rPr>
          <w:b/>
          <w:bCs/>
          <w:sz w:val="28"/>
          <w:szCs w:val="28"/>
        </w:rPr>
      </w:pPr>
      <w:r w:rsidRPr="00F42C43">
        <w:rPr>
          <w:b/>
          <w:bCs/>
          <w:sz w:val="28"/>
          <w:szCs w:val="28"/>
        </w:rPr>
        <w:t>Appendix for Jersey Judo Safeguarding policy</w:t>
      </w:r>
    </w:p>
    <w:p w14:paraId="2DC93CB0" w14:textId="237FB404" w:rsidR="00F42C43" w:rsidRDefault="00F42C43" w:rsidP="00F42C43">
      <w:pPr>
        <w:pStyle w:val="Heading1"/>
      </w:pPr>
      <w:r>
        <w:t>Jersey Judo Club Welfare officer</w:t>
      </w:r>
    </w:p>
    <w:p w14:paraId="1C29F346" w14:textId="200EB01E" w:rsidR="00F42C43" w:rsidRDefault="00F42C43" w:rsidP="00F42C43">
      <w:r>
        <w:rPr>
          <w:b/>
        </w:rPr>
        <w:t>Name</w:t>
      </w:r>
      <w:r>
        <w:rPr>
          <w:b/>
        </w:rPr>
        <w:t xml:space="preserve">: </w:t>
      </w:r>
      <w:r>
        <w:t>Joanne Reid</w:t>
      </w:r>
    </w:p>
    <w:p w14:paraId="106674E9" w14:textId="65E265F4" w:rsidR="00F42C43" w:rsidRDefault="00F42C43" w:rsidP="00F42C43">
      <w:r>
        <w:rPr>
          <w:b/>
        </w:rPr>
        <w:t xml:space="preserve">Phone: </w:t>
      </w:r>
      <w:r>
        <w:t>07797 834272</w:t>
      </w:r>
    </w:p>
    <w:p w14:paraId="3716ED4C" w14:textId="104DC61D" w:rsidR="00896A18" w:rsidRDefault="00896A18" w:rsidP="00F42C43">
      <w:r>
        <w:t xml:space="preserve">Alternate </w:t>
      </w:r>
      <w:r w:rsidR="00ED1855">
        <w:t>contact in case of absence: Andre Blaby 07797 749707</w:t>
      </w:r>
    </w:p>
    <w:p w14:paraId="5096EA0D" w14:textId="4B76E98F" w:rsidR="00F42C43" w:rsidRDefault="00F42C43" w:rsidP="00F42C43">
      <w:pPr>
        <w:pStyle w:val="Heading1"/>
      </w:pPr>
      <w:r>
        <w:t>Safeguarding Partnership Jersey</w:t>
      </w:r>
    </w:p>
    <w:p w14:paraId="270468DF" w14:textId="396E1E8D" w:rsidR="00835267" w:rsidRDefault="00F42C43" w:rsidP="00F42C43">
      <w:r>
        <w:t>K</w:t>
      </w:r>
      <w:r w:rsidR="00000000">
        <w:t>ey contact details as published on the Safeguarding Partnership Jersey “Report a Concern” page for use in safeguarding, welfare, and emergency situations</w:t>
      </w:r>
      <w:r>
        <w:t xml:space="preserve"> (see </w:t>
      </w:r>
      <w:hyperlink r:id="rId6" w:history="1">
        <w:r w:rsidRPr="00F42C43">
          <w:rPr>
            <w:rStyle w:val="Hyperlink"/>
          </w:rPr>
          <w:t>Report A Concern | Safeguarding Partnership Jersey</w:t>
        </w:r>
      </w:hyperlink>
      <w:r>
        <w:t>)</w:t>
      </w:r>
    </w:p>
    <w:p w14:paraId="6F37ED61" w14:textId="77777777" w:rsidR="00835267" w:rsidRDefault="00000000">
      <w:pPr>
        <w:pStyle w:val="Heading1"/>
      </w:pPr>
      <w:r>
        <w:t>If you are concerned about a child</w:t>
      </w:r>
    </w:p>
    <w:p w14:paraId="4F9A8F2F" w14:textId="77777777" w:rsidR="00835267" w:rsidRDefault="00000000">
      <w:r>
        <w:rPr>
          <w:b/>
        </w:rPr>
        <w:t xml:space="preserve">Organisation: </w:t>
      </w:r>
      <w:r>
        <w:t>Children and Families Hub</w:t>
      </w:r>
    </w:p>
    <w:p w14:paraId="7773DC1B" w14:textId="77777777" w:rsidR="00835267" w:rsidRDefault="00000000">
      <w:r>
        <w:rPr>
          <w:b/>
        </w:rPr>
        <w:t xml:space="preserve">Phone: </w:t>
      </w:r>
      <w:r>
        <w:t>01534 519000</w:t>
      </w:r>
    </w:p>
    <w:p w14:paraId="32CFF670" w14:textId="77777777" w:rsidR="00835267" w:rsidRDefault="00000000">
      <w:r>
        <w:rPr>
          <w:b/>
        </w:rPr>
        <w:t xml:space="preserve">Email: </w:t>
      </w:r>
      <w:r>
        <w:t>childrenandfamilieshub@gov.je</w:t>
      </w:r>
    </w:p>
    <w:p w14:paraId="6F2DFFA0" w14:textId="77777777" w:rsidR="00835267" w:rsidRDefault="00000000">
      <w:r>
        <w:rPr>
          <w:b/>
        </w:rPr>
        <w:t xml:space="preserve">Opening times: </w:t>
      </w:r>
      <w:r>
        <w:t>Mon–Thu 08:30–17:00; Fri 08:30–16:30</w:t>
      </w:r>
    </w:p>
    <w:p w14:paraId="52B48E44" w14:textId="77777777" w:rsidR="00835267" w:rsidRDefault="00000000">
      <w:pPr>
        <w:pStyle w:val="Heading1"/>
      </w:pPr>
      <w:r>
        <w:t>If you are concerned about an adult</w:t>
      </w:r>
    </w:p>
    <w:p w14:paraId="73C2AB54" w14:textId="77777777" w:rsidR="00835267" w:rsidRDefault="00000000">
      <w:r>
        <w:rPr>
          <w:b/>
        </w:rPr>
        <w:t xml:space="preserve">Organisation: </w:t>
      </w:r>
      <w:r>
        <w:t>Single Point of Referral (SPOR) – Adult Social Services</w:t>
      </w:r>
    </w:p>
    <w:p w14:paraId="0E33B38C" w14:textId="77777777" w:rsidR="00835267" w:rsidRDefault="00000000">
      <w:r>
        <w:rPr>
          <w:b/>
        </w:rPr>
        <w:t xml:space="preserve">Phone: </w:t>
      </w:r>
      <w:r>
        <w:t>01534 444440</w:t>
      </w:r>
    </w:p>
    <w:p w14:paraId="707BC96A" w14:textId="77777777" w:rsidR="00835267" w:rsidRDefault="00000000">
      <w:r>
        <w:rPr>
          <w:b/>
        </w:rPr>
        <w:t xml:space="preserve">Email: </w:t>
      </w:r>
      <w:r>
        <w:t>spor@health.gov.je</w:t>
      </w:r>
    </w:p>
    <w:p w14:paraId="57EAD341" w14:textId="77777777" w:rsidR="00835267" w:rsidRDefault="00000000">
      <w:r>
        <w:rPr>
          <w:b/>
        </w:rPr>
        <w:t xml:space="preserve">Opening times: </w:t>
      </w:r>
      <w:r>
        <w:t>Mon–Thu 08:30–17:00; Fri 08:30–16:30</w:t>
      </w:r>
    </w:p>
    <w:p w14:paraId="66B7463E" w14:textId="77777777" w:rsidR="00835267" w:rsidRDefault="00000000">
      <w:pPr>
        <w:pStyle w:val="Heading1"/>
      </w:pPr>
      <w:r>
        <w:t>In an emergency or if a crime has been committed</w:t>
      </w:r>
    </w:p>
    <w:p w14:paraId="200EAC5D" w14:textId="77777777" w:rsidR="00835267" w:rsidRDefault="00000000">
      <w:r>
        <w:rPr>
          <w:b/>
        </w:rPr>
        <w:t xml:space="preserve">Organisation: </w:t>
      </w:r>
      <w:r>
        <w:t>States of Jersey Police</w:t>
      </w:r>
    </w:p>
    <w:p w14:paraId="6DF73E94" w14:textId="77777777" w:rsidR="00835267" w:rsidRDefault="00000000">
      <w:r>
        <w:rPr>
          <w:b/>
        </w:rPr>
        <w:t xml:space="preserve">Emergency phone: </w:t>
      </w:r>
      <w:r>
        <w:t>999</w:t>
      </w:r>
    </w:p>
    <w:p w14:paraId="4128A8F4" w14:textId="77777777" w:rsidR="00835267" w:rsidRDefault="00000000">
      <w:r>
        <w:rPr>
          <w:b/>
        </w:rPr>
        <w:t xml:space="preserve">Non-emergency incidents: </w:t>
      </w:r>
      <w:r>
        <w:t>01534 612612 or 01534 612300</w:t>
      </w:r>
    </w:p>
    <w:p w14:paraId="4FE675C7" w14:textId="77777777" w:rsidR="00835267" w:rsidRDefault="00000000">
      <w:r>
        <w:t>If a safeguarding issue is suspected, ask for the Public Protection Unit (PPU).</w:t>
      </w:r>
    </w:p>
    <w:p w14:paraId="574124AA" w14:textId="77777777" w:rsidR="00835267" w:rsidRDefault="00000000">
      <w:pPr>
        <w:pStyle w:val="Heading1"/>
      </w:pPr>
      <w:r>
        <w:t>Safeguarding Partnership Jersey – General Contacts</w:t>
      </w:r>
    </w:p>
    <w:p w14:paraId="792871A2" w14:textId="77777777" w:rsidR="00835267" w:rsidRDefault="00000000">
      <w:r>
        <w:rPr>
          <w:b/>
        </w:rPr>
        <w:t xml:space="preserve">General enquiries email: </w:t>
      </w:r>
      <w:r>
        <w:t>safeguardingpartnership@gov.je</w:t>
      </w:r>
    </w:p>
    <w:p w14:paraId="1F9C58ED" w14:textId="77777777" w:rsidR="00835267" w:rsidRDefault="00000000">
      <w:r>
        <w:rPr>
          <w:b/>
        </w:rPr>
        <w:t xml:space="preserve">Training enquiries email: </w:t>
      </w:r>
      <w:r>
        <w:t>safeguardingtraining@gov.je</w:t>
      </w:r>
    </w:p>
    <w:p w14:paraId="4C0C465A" w14:textId="77777777" w:rsidR="00835267" w:rsidRDefault="00000000">
      <w:r>
        <w:rPr>
          <w:b/>
        </w:rPr>
        <w:t xml:space="preserve">Address: </w:t>
      </w:r>
      <w:r>
        <w:t>16 Britannia Place, Bath Street, St Helier, Jersey, JE2 4YS</w:t>
      </w:r>
    </w:p>
    <w:sectPr w:rsidR="00835267" w:rsidSect="00F42C43">
      <w:pgSz w:w="12240" w:h="15840"/>
      <w:pgMar w:top="709" w:right="1800" w:bottom="567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50470891">
    <w:abstractNumId w:val="8"/>
  </w:num>
  <w:num w:numId="2" w16cid:durableId="1756391863">
    <w:abstractNumId w:val="6"/>
  </w:num>
  <w:num w:numId="3" w16cid:durableId="1465736710">
    <w:abstractNumId w:val="5"/>
  </w:num>
  <w:num w:numId="4" w16cid:durableId="1751274317">
    <w:abstractNumId w:val="4"/>
  </w:num>
  <w:num w:numId="5" w16cid:durableId="56167263">
    <w:abstractNumId w:val="7"/>
  </w:num>
  <w:num w:numId="6" w16cid:durableId="399790432">
    <w:abstractNumId w:val="3"/>
  </w:num>
  <w:num w:numId="7" w16cid:durableId="824978403">
    <w:abstractNumId w:val="2"/>
  </w:num>
  <w:num w:numId="8" w16cid:durableId="2133205622">
    <w:abstractNumId w:val="1"/>
  </w:num>
  <w:num w:numId="9" w16cid:durableId="203634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835267"/>
    <w:rsid w:val="00896A18"/>
    <w:rsid w:val="00AA1D8D"/>
    <w:rsid w:val="00B47730"/>
    <w:rsid w:val="00B77B69"/>
    <w:rsid w:val="00CB0664"/>
    <w:rsid w:val="00ED1855"/>
    <w:rsid w:val="00F42C4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4B0AE3"/>
  <w14:defaultImageDpi w14:val="300"/>
  <w15:docId w15:val="{8D60E469-BB74-44D6-BCF8-2ED000ACC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F42C4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2C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afeguarding.je/report-a-concern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Bill Baker</cp:lastModifiedBy>
  <cp:revision>4</cp:revision>
  <dcterms:created xsi:type="dcterms:W3CDTF">2026-04-08T13:16:00Z</dcterms:created>
  <dcterms:modified xsi:type="dcterms:W3CDTF">2026-04-08T13:24:00Z</dcterms:modified>
  <cp:category/>
</cp:coreProperties>
</file>