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A58BB" w14:textId="77777777" w:rsidR="008C756E" w:rsidRDefault="0042032C" w:rsidP="008C756E">
      <w:r w:rsidRPr="00470DE2">
        <w:rPr>
          <w:b/>
          <w:bCs/>
        </w:rPr>
        <w:t>Jersey Judo Association (JJA)</w:t>
      </w:r>
      <w:r w:rsidR="008C756E">
        <w:rPr>
          <w:b/>
          <w:bCs/>
        </w:rPr>
        <w:t xml:space="preserve"> </w:t>
      </w:r>
      <w:r w:rsidR="008C756E" w:rsidRPr="008C756E">
        <w:rPr>
          <w:b/>
          <w:bCs/>
        </w:rPr>
        <w:t>Travel and Overnight Stay Policy</w:t>
      </w:r>
    </w:p>
    <w:p w14:paraId="61C29818" w14:textId="77777777" w:rsidR="00181C4C" w:rsidRDefault="0042032C">
      <w:r>
        <w:t>1. Purpose</w:t>
      </w:r>
    </w:p>
    <w:p w14:paraId="0151CD54" w14:textId="77777777" w:rsidR="00181C4C" w:rsidRDefault="0042032C">
      <w:r>
        <w:t>This policy outlines the expectations, procedures, and safeguarding requirements for all travel and overnight stays involving Jersey Judo Association (JJA) members, coaches, volunteers, and participants. It is informed by British Judo safeguarding principles and recognises the additional considerations required when travelling to and from Jersey.</w:t>
      </w:r>
    </w:p>
    <w:p w14:paraId="3A3EC59D" w14:textId="77777777" w:rsidR="00181C4C" w:rsidRDefault="00181C4C"/>
    <w:p w14:paraId="152FF76C" w14:textId="77777777" w:rsidR="00181C4C" w:rsidRDefault="0042032C">
      <w:r>
        <w:t>2. Scope</w:t>
      </w:r>
    </w:p>
    <w:p w14:paraId="6C33B1F0" w14:textId="77777777" w:rsidR="00181C4C" w:rsidRDefault="0042032C" w:rsidP="008C756E">
      <w:pPr>
        <w:spacing w:after="0"/>
      </w:pPr>
      <w:r>
        <w:t>- All JJA-organised travel (local, off-island, UK, and international)</w:t>
      </w:r>
    </w:p>
    <w:p w14:paraId="163E3DE0" w14:textId="77777777" w:rsidR="00181C4C" w:rsidRDefault="0042032C" w:rsidP="008C756E">
      <w:pPr>
        <w:spacing w:after="0"/>
      </w:pPr>
      <w:r>
        <w:t>- Competitions, training camps, and events requiring overnight stays</w:t>
      </w:r>
    </w:p>
    <w:p w14:paraId="6CD86D40" w14:textId="77777777" w:rsidR="00181C4C" w:rsidRDefault="0042032C" w:rsidP="008C756E">
      <w:pPr>
        <w:spacing w:after="0"/>
      </w:pPr>
      <w:r>
        <w:t>- All coaches, volunteers, officials, parents/carers, and athletes</w:t>
      </w:r>
    </w:p>
    <w:p w14:paraId="34479915" w14:textId="2CFF6717" w:rsidR="00470DE2" w:rsidRDefault="00470DE2" w:rsidP="008C756E">
      <w:pPr>
        <w:spacing w:after="0"/>
      </w:pPr>
      <w:r>
        <w:t>-</w:t>
      </w:r>
      <w:r w:rsidRPr="00470DE2">
        <w:t>Note: Where parents/</w:t>
      </w:r>
      <w:r w:rsidR="00397983">
        <w:t>carer</w:t>
      </w:r>
      <w:r w:rsidR="00E00816">
        <w:t>s</w:t>
      </w:r>
      <w:r w:rsidRPr="00470DE2">
        <w:t xml:space="preserve"> accompany children, they retain primary responsibility </w:t>
      </w:r>
      <w:r w:rsidR="00CC65F4">
        <w:t xml:space="preserve">for their children </w:t>
      </w:r>
      <w:r w:rsidRPr="00470DE2">
        <w:t>outside structured judo activities unless otherwise agreed in advance.</w:t>
      </w:r>
    </w:p>
    <w:p w14:paraId="45E416E7" w14:textId="77777777" w:rsidR="00181C4C" w:rsidRDefault="00181C4C"/>
    <w:p w14:paraId="5A4F7010" w14:textId="77777777" w:rsidR="00181C4C" w:rsidRDefault="0042032C">
      <w:r>
        <w:t>3. Key Principles</w:t>
      </w:r>
    </w:p>
    <w:p w14:paraId="348AEEFA" w14:textId="77777777" w:rsidR="00181C4C" w:rsidRDefault="0042032C" w:rsidP="008C756E">
      <w:pPr>
        <w:spacing w:after="0"/>
      </w:pPr>
      <w:r>
        <w:t>- Welfare of children and vulnerable adults is paramount</w:t>
      </w:r>
    </w:p>
    <w:p w14:paraId="50FECC81" w14:textId="77777777" w:rsidR="00181C4C" w:rsidRDefault="0042032C" w:rsidP="008C756E">
      <w:pPr>
        <w:spacing w:after="0"/>
      </w:pPr>
      <w:r>
        <w:t>- Safeguarding applies at all times</w:t>
      </w:r>
    </w:p>
    <w:p w14:paraId="59F848FA" w14:textId="77777777" w:rsidR="00181C4C" w:rsidRDefault="0042032C" w:rsidP="008C756E">
      <w:pPr>
        <w:spacing w:after="0"/>
      </w:pPr>
      <w:r>
        <w:t>- Appropriate supervision ratios must be maintained</w:t>
      </w:r>
    </w:p>
    <w:p w14:paraId="2514900A" w14:textId="77777777" w:rsidR="00181C4C" w:rsidRDefault="00181C4C"/>
    <w:p w14:paraId="20E694B8" w14:textId="77777777" w:rsidR="00181C4C" w:rsidRDefault="0042032C">
      <w:r>
        <w:t>4. Travel to and from Jersey</w:t>
      </w:r>
    </w:p>
    <w:p w14:paraId="48E41C74" w14:textId="77777777" w:rsidR="00181C4C" w:rsidRDefault="0042032C" w:rsidP="008C756E">
      <w:pPr>
        <w:spacing w:after="0"/>
      </w:pPr>
      <w:r>
        <w:t>- Flights and ferries must be pre-booked and risk assessed</w:t>
      </w:r>
    </w:p>
    <w:p w14:paraId="72245E29" w14:textId="77777777" w:rsidR="00181C4C" w:rsidRDefault="0042032C" w:rsidP="008C756E">
      <w:pPr>
        <w:spacing w:after="0"/>
      </w:pPr>
      <w:r>
        <w:t>- Supervision required at all times in ports and airports</w:t>
      </w:r>
    </w:p>
    <w:p w14:paraId="783D4ACB" w14:textId="77777777" w:rsidR="00181C4C" w:rsidRDefault="0042032C" w:rsidP="008C756E">
      <w:pPr>
        <w:spacing w:after="0"/>
      </w:pPr>
      <w:r>
        <w:t>- Contingency plans required for delays and cancellations</w:t>
      </w:r>
    </w:p>
    <w:p w14:paraId="626B5058" w14:textId="77777777" w:rsidR="00181C4C" w:rsidRDefault="00181C4C"/>
    <w:p w14:paraId="49F630E3" w14:textId="77777777" w:rsidR="00181C4C" w:rsidRDefault="0042032C">
      <w:r>
        <w:t>5. Accommodation</w:t>
      </w:r>
    </w:p>
    <w:p w14:paraId="04BE440B" w14:textId="77777777" w:rsidR="00181C4C" w:rsidRDefault="0042032C" w:rsidP="008C756E">
      <w:pPr>
        <w:spacing w:after="0"/>
      </w:pPr>
      <w:r>
        <w:t>- Separate rooms by age and gender</w:t>
      </w:r>
    </w:p>
    <w:p w14:paraId="124509BB" w14:textId="77777777" w:rsidR="00181C4C" w:rsidRDefault="0042032C" w:rsidP="008C756E">
      <w:pPr>
        <w:spacing w:after="0"/>
      </w:pPr>
      <w:r>
        <w:t>- No adult/child room sharing (except parent/child)</w:t>
      </w:r>
    </w:p>
    <w:p w14:paraId="7D92F317" w14:textId="77777777" w:rsidR="00181C4C" w:rsidRDefault="00181C4C"/>
    <w:p w14:paraId="0984C759" w14:textId="77777777" w:rsidR="00181C4C" w:rsidRDefault="0042032C">
      <w:r>
        <w:t>6. Safeguarding</w:t>
      </w:r>
    </w:p>
    <w:p w14:paraId="45E05CE6" w14:textId="77777777" w:rsidR="00181C4C" w:rsidRDefault="0042032C" w:rsidP="008C756E">
      <w:pPr>
        <w:spacing w:after="0"/>
      </w:pPr>
      <w:r>
        <w:t>- All concerns must be reported</w:t>
      </w:r>
    </w:p>
    <w:p w14:paraId="4B58CCE7" w14:textId="77777777" w:rsidR="00181C4C" w:rsidRDefault="0042032C" w:rsidP="008C756E">
      <w:pPr>
        <w:spacing w:after="0"/>
      </w:pPr>
      <w:r>
        <w:t>- Anti-bullying procedures enforced</w:t>
      </w:r>
    </w:p>
    <w:p w14:paraId="28B9A298" w14:textId="77777777" w:rsidR="00181C4C" w:rsidRDefault="00181C4C"/>
    <w:p w14:paraId="749F718A" w14:textId="77777777" w:rsidR="00181C4C" w:rsidRDefault="0042032C">
      <w:r>
        <w:t>Approved by Jersey Judo Association Committee</w:t>
      </w:r>
    </w:p>
    <w:p w14:paraId="23D3B08C" w14:textId="610CF87A" w:rsidR="00181C4C" w:rsidRDefault="0042032C">
      <w:r>
        <w:t xml:space="preserve">Date: </w:t>
      </w:r>
      <w:r w:rsidR="00792FD9">
        <w:t>11 June 2026</w:t>
      </w:r>
    </w:p>
    <w:p w14:paraId="0B28B69E" w14:textId="77777777" w:rsidR="00181C4C" w:rsidRDefault="00181C4C"/>
    <w:sectPr w:rsidR="00181C4C" w:rsidSect="00AB377D">
      <w:pgSz w:w="12240" w:h="15840"/>
      <w:pgMar w:top="993" w:right="1183" w:bottom="426"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76252708">
    <w:abstractNumId w:val="8"/>
  </w:num>
  <w:num w:numId="2" w16cid:durableId="1910993017">
    <w:abstractNumId w:val="6"/>
  </w:num>
  <w:num w:numId="3" w16cid:durableId="110714562">
    <w:abstractNumId w:val="5"/>
  </w:num>
  <w:num w:numId="4" w16cid:durableId="491138035">
    <w:abstractNumId w:val="4"/>
  </w:num>
  <w:num w:numId="5" w16cid:durableId="1595894956">
    <w:abstractNumId w:val="7"/>
  </w:num>
  <w:num w:numId="6" w16cid:durableId="803543012">
    <w:abstractNumId w:val="3"/>
  </w:num>
  <w:num w:numId="7" w16cid:durableId="465002877">
    <w:abstractNumId w:val="2"/>
  </w:num>
  <w:num w:numId="8" w16cid:durableId="1730693412">
    <w:abstractNumId w:val="1"/>
  </w:num>
  <w:num w:numId="9" w16cid:durableId="1295526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81C4C"/>
    <w:rsid w:val="0029639D"/>
    <w:rsid w:val="00326F90"/>
    <w:rsid w:val="00397983"/>
    <w:rsid w:val="0042032C"/>
    <w:rsid w:val="00470DE2"/>
    <w:rsid w:val="004936D8"/>
    <w:rsid w:val="00792FD9"/>
    <w:rsid w:val="008C756E"/>
    <w:rsid w:val="008E59BF"/>
    <w:rsid w:val="00AA1D8D"/>
    <w:rsid w:val="00AB377D"/>
    <w:rsid w:val="00B47730"/>
    <w:rsid w:val="00CB0664"/>
    <w:rsid w:val="00CC65F4"/>
    <w:rsid w:val="00E00816"/>
    <w:rsid w:val="00E2652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82C076"/>
  <w14:defaultImageDpi w14:val="300"/>
  <w15:docId w15:val="{45DBF0C5-01D5-4BCD-998C-26CB54C53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Bill Baker</cp:lastModifiedBy>
  <cp:revision>10</cp:revision>
  <dcterms:created xsi:type="dcterms:W3CDTF">2026-06-11T04:13:00Z</dcterms:created>
  <dcterms:modified xsi:type="dcterms:W3CDTF">2026-06-11T04:42:00Z</dcterms:modified>
  <cp:category/>
</cp:coreProperties>
</file>